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124F" w:rsidRDefault="0099124F" w:rsidP="0099124F">
      <w:pPr>
        <w:pStyle w:val="Title"/>
        <w:spacing w:after="0"/>
      </w:pPr>
    </w:p>
    <w:p w:rsidR="005A27ED" w:rsidRDefault="00000000" w:rsidP="0099124F">
      <w:pPr>
        <w:pStyle w:val="Title"/>
        <w:spacing w:after="0"/>
      </w:pPr>
      <w:proofErr w:type="spellStart"/>
      <w:r>
        <w:t>Форма</w:t>
      </w:r>
      <w:proofErr w:type="spellEnd"/>
      <w:r>
        <w:t xml:space="preserve"> </w:t>
      </w:r>
      <w:proofErr w:type="spellStart"/>
      <w:r>
        <w:t>тендерної</w:t>
      </w:r>
      <w:proofErr w:type="spellEnd"/>
      <w:r>
        <w:t xml:space="preserve"> </w:t>
      </w:r>
      <w:proofErr w:type="spellStart"/>
      <w:r>
        <w:t>пропозиції</w:t>
      </w:r>
      <w:proofErr w:type="spellEnd"/>
    </w:p>
    <w:p w:rsidR="005A27ED" w:rsidRDefault="00000000" w:rsidP="0099124F">
      <w:pPr>
        <w:spacing w:after="0"/>
        <w:jc w:val="center"/>
      </w:pPr>
      <w:r>
        <w:rPr>
          <w:b/>
        </w:rPr>
        <w:t>на проведення комплексного дослідження стану залучення громадськості</w:t>
      </w:r>
    </w:p>
    <w:p w:rsidR="005A27ED" w:rsidRDefault="00000000" w:rsidP="0099124F">
      <w:pPr>
        <w:spacing w:after="0"/>
        <w:jc w:val="center"/>
      </w:pPr>
      <w:r>
        <w:rPr>
          <w:i/>
        </w:rPr>
        <w:t>Херсонська міська, Долинська сільська та Новодністровська міська територіальні громади</w:t>
      </w:r>
    </w:p>
    <w:p w:rsidR="005A27ED" w:rsidRDefault="00000000" w:rsidP="0099124F">
      <w:pPr>
        <w:pStyle w:val="Heading1"/>
        <w:spacing w:after="0"/>
      </w:pPr>
      <w:r>
        <w:t>1 Відомості про учасника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6123"/>
      </w:tblGrid>
      <w:tr w:rsidR="005A27ED">
        <w:trPr>
          <w:cantSplit/>
          <w:tblHeader/>
          <w:jc w:val="center"/>
        </w:trPr>
        <w:tc>
          <w:tcPr>
            <w:tcW w:w="4082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Відомості</w:t>
            </w:r>
          </w:p>
        </w:tc>
        <w:tc>
          <w:tcPr>
            <w:tcW w:w="6123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Інформація учасника</w:t>
            </w:r>
          </w:p>
        </w:tc>
      </w:tr>
      <w:tr w:rsidR="005A27ED">
        <w:trPr>
          <w:cantSplit/>
          <w:jc w:val="center"/>
        </w:trPr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Повне найменування юридичної особи / ПІБ ФОП</w:t>
            </w:r>
          </w:p>
        </w:tc>
        <w:tc>
          <w:tcPr>
            <w:tcW w:w="612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082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Код ЄДРПОУ / РНОКПП</w:t>
            </w:r>
          </w:p>
        </w:tc>
        <w:tc>
          <w:tcPr>
            <w:tcW w:w="6123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Юридична адреса</w:t>
            </w:r>
          </w:p>
        </w:tc>
        <w:tc>
          <w:tcPr>
            <w:tcW w:w="612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082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ПІБ керівника або уповноваженої особи</w:t>
            </w:r>
          </w:p>
        </w:tc>
        <w:tc>
          <w:tcPr>
            <w:tcW w:w="6123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Телефон</w:t>
            </w:r>
          </w:p>
        </w:tc>
        <w:tc>
          <w:tcPr>
            <w:tcW w:w="612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082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Електронна пошта</w:t>
            </w:r>
          </w:p>
        </w:tc>
        <w:tc>
          <w:tcPr>
            <w:tcW w:w="6123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</w:tbl>
    <w:p w:rsidR="005A27ED" w:rsidRDefault="005A27ED" w:rsidP="0099124F">
      <w:pPr>
        <w:spacing w:after="0"/>
      </w:pPr>
    </w:p>
    <w:p w:rsidR="005A27ED" w:rsidRDefault="00000000" w:rsidP="0099124F">
      <w:pPr>
        <w:pStyle w:val="Heading1"/>
        <w:spacing w:after="0"/>
      </w:pPr>
      <w:r>
        <w:t>2 Короткий опис пропозиції</w:t>
      </w:r>
    </w:p>
    <w:p w:rsidR="005A27ED" w:rsidRDefault="00000000" w:rsidP="0099124F">
      <w:pPr>
        <w:spacing w:after="0"/>
      </w:pPr>
      <w:r>
        <w:t>Стисло опишіть запропоновану методологію: підхід до трьох кабінетних досліджень, щонайменше трьох фокус-груп, щонайменше 12 глибинних інтерв’ю, аналізу даних і підготовки трьох аналітичних звітів.</w:t>
      </w:r>
    </w:p>
    <w:p w:rsidR="005A27ED" w:rsidRDefault="00000000" w:rsidP="0099124F">
      <w:pPr>
        <w:spacing w:after="0" w:line="204" w:lineRule="auto"/>
      </w:pPr>
      <w:r>
        <w:t>____________________________________________________________________________________________________________</w:t>
      </w:r>
    </w:p>
    <w:p w:rsidR="005A27ED" w:rsidRDefault="00000000" w:rsidP="0099124F">
      <w:pPr>
        <w:spacing w:after="0" w:line="204" w:lineRule="auto"/>
      </w:pPr>
      <w:r>
        <w:t>____________________________________________________________________________________________________________</w:t>
      </w:r>
    </w:p>
    <w:p w:rsidR="005A27ED" w:rsidRDefault="00000000" w:rsidP="0099124F">
      <w:pPr>
        <w:spacing w:after="0" w:line="204" w:lineRule="auto"/>
      </w:pPr>
      <w:r>
        <w:t>____________________________________________________________________________________________________________</w:t>
      </w:r>
    </w:p>
    <w:p w:rsidR="005A27ED" w:rsidRDefault="00000000" w:rsidP="0099124F">
      <w:pPr>
        <w:pStyle w:val="Heading1"/>
        <w:spacing w:after="0"/>
      </w:pPr>
      <w:r>
        <w:t>3 Строк виконання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5A27ED">
        <w:trPr>
          <w:cantSplit/>
          <w:tblHeader/>
          <w:jc w:val="center"/>
        </w:trPr>
        <w:tc>
          <w:tcPr>
            <w:tcW w:w="3402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Загальний строк</w:t>
            </w:r>
          </w:p>
        </w:tc>
        <w:tc>
          <w:tcPr>
            <w:tcW w:w="3402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Дата початку</w:t>
            </w:r>
          </w:p>
        </w:tc>
        <w:tc>
          <w:tcPr>
            <w:tcW w:w="3402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Дата завершення</w:t>
            </w:r>
          </w:p>
        </w:tc>
      </w:tr>
      <w:tr w:rsidR="005A27ED">
        <w:trPr>
          <w:cantSplit/>
          <w:jc w:val="center"/>
        </w:trPr>
        <w:tc>
          <w:tcPr>
            <w:tcW w:w="340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_____ календарних днів</w:t>
            </w:r>
          </w:p>
        </w:tc>
        <w:tc>
          <w:tcPr>
            <w:tcW w:w="340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«___» _________ 20__ року</w:t>
            </w:r>
          </w:p>
        </w:tc>
        <w:tc>
          <w:tcPr>
            <w:tcW w:w="340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«___» _________ 20__ року</w:t>
            </w:r>
          </w:p>
        </w:tc>
      </w:tr>
    </w:tbl>
    <w:p w:rsidR="005A27ED" w:rsidRDefault="005A27ED" w:rsidP="0099124F">
      <w:pPr>
        <w:spacing w:after="0"/>
      </w:pPr>
    </w:p>
    <w:p w:rsidR="005A27ED" w:rsidRDefault="00000000" w:rsidP="0099124F">
      <w:pPr>
        <w:pStyle w:val="Heading1"/>
        <w:spacing w:after="0"/>
      </w:pPr>
      <w:r>
        <w:t>4 Релевантний досвід</w:t>
      </w:r>
    </w:p>
    <w:p w:rsidR="005A27ED" w:rsidRDefault="00000000" w:rsidP="0099124F">
      <w:pPr>
        <w:spacing w:after="0"/>
      </w:pPr>
      <w:r>
        <w:t>Наведіть до двох прикладів аналогічних досліджень. Підтвердні документи можна додати до пропозиції.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3855"/>
        <w:gridCol w:w="1417"/>
        <w:gridCol w:w="4479"/>
      </w:tblGrid>
      <w:tr w:rsidR="005A27ED">
        <w:trPr>
          <w:cantSplit/>
          <w:tblHeader/>
          <w:jc w:val="center"/>
        </w:trPr>
        <w:tc>
          <w:tcPr>
            <w:tcW w:w="454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3855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Назва дослідження / замовник</w:t>
            </w:r>
          </w:p>
        </w:tc>
        <w:tc>
          <w:tcPr>
            <w:tcW w:w="1417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Період</w:t>
            </w:r>
          </w:p>
        </w:tc>
        <w:tc>
          <w:tcPr>
            <w:tcW w:w="4479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Короткий опис і посилання</w:t>
            </w:r>
          </w:p>
        </w:tc>
      </w:tr>
      <w:tr w:rsidR="005A27ED">
        <w:trPr>
          <w:cantSplit/>
          <w:jc w:val="center"/>
        </w:trPr>
        <w:tc>
          <w:tcPr>
            <w:tcW w:w="45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1</w:t>
            </w:r>
          </w:p>
        </w:tc>
        <w:tc>
          <w:tcPr>
            <w:tcW w:w="385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  <w:tc>
          <w:tcPr>
            <w:tcW w:w="141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  <w:tc>
          <w:tcPr>
            <w:tcW w:w="4479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54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2</w:t>
            </w:r>
          </w:p>
        </w:tc>
        <w:tc>
          <w:tcPr>
            <w:tcW w:w="3855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  <w:tc>
          <w:tcPr>
            <w:tcW w:w="1417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  <w:tc>
          <w:tcPr>
            <w:tcW w:w="4479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</w:tbl>
    <w:p w:rsidR="005A27ED" w:rsidRDefault="005A27ED" w:rsidP="0099124F">
      <w:pPr>
        <w:spacing w:after="0"/>
      </w:pPr>
    </w:p>
    <w:p w:rsidR="005A27ED" w:rsidRDefault="00000000" w:rsidP="0099124F">
      <w:pPr>
        <w:spacing w:after="0"/>
      </w:pPr>
      <w:r>
        <w:br w:type="page"/>
      </w:r>
      <w:proofErr w:type="spellStart"/>
      <w:r>
        <w:lastRenderedPageBreak/>
        <w:t>Обсяг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і </w:t>
      </w:r>
      <w:proofErr w:type="spellStart"/>
      <w:r>
        <w:t>цінова</w:t>
      </w:r>
      <w:proofErr w:type="spellEnd"/>
      <w:r>
        <w:t xml:space="preserve"> пропозиція</w:t>
      </w:r>
    </w:p>
    <w:p w:rsidR="005A27ED" w:rsidRDefault="00000000" w:rsidP="0099124F">
      <w:pPr>
        <w:pStyle w:val="Heading1"/>
        <w:spacing w:after="0"/>
      </w:pPr>
      <w:r>
        <w:t>5 Підтвердження обсягу робіт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50"/>
        <w:gridCol w:w="2154"/>
      </w:tblGrid>
      <w:tr w:rsidR="005A27ED">
        <w:trPr>
          <w:cantSplit/>
          <w:tblHeader/>
          <w:jc w:val="center"/>
        </w:trPr>
        <w:tc>
          <w:tcPr>
            <w:tcW w:w="8050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Очікуваний результат</w:t>
            </w:r>
          </w:p>
        </w:tc>
        <w:tc>
          <w:tcPr>
            <w:tcW w:w="2154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Підтвердження</w:t>
            </w:r>
          </w:p>
        </w:tc>
      </w:tr>
      <w:tr w:rsidR="005A27ED">
        <w:trPr>
          <w:cantSplit/>
          <w:jc w:val="center"/>
        </w:trPr>
        <w:tc>
          <w:tcPr>
            <w:tcW w:w="805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Методологія, дослідницькі гайди, 3 кабінетні дослідження та 3 звіти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☐ Так  ☐ Ні</w:t>
            </w:r>
          </w:p>
        </w:tc>
      </w:tr>
      <w:tr w:rsidR="005A27ED">
        <w:trPr>
          <w:cantSplit/>
          <w:jc w:val="center"/>
        </w:trPr>
        <w:tc>
          <w:tcPr>
            <w:tcW w:w="8050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Щонайменше 3 фокус-групи та звіти за їх результатами</w:t>
            </w:r>
          </w:p>
        </w:tc>
        <w:tc>
          <w:tcPr>
            <w:tcW w:w="2154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☐ Так  ☐ Ні</w:t>
            </w:r>
          </w:p>
        </w:tc>
      </w:tr>
      <w:tr w:rsidR="005A27ED">
        <w:trPr>
          <w:cantSplit/>
          <w:jc w:val="center"/>
        </w:trPr>
        <w:tc>
          <w:tcPr>
            <w:tcW w:w="805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Щонайменше 12 глибинних напівструктурованих інтерв’ю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☐ Так  ☐ Ні</w:t>
            </w:r>
          </w:p>
        </w:tc>
      </w:tr>
      <w:tr w:rsidR="005A27ED">
        <w:trPr>
          <w:cantSplit/>
          <w:jc w:val="center"/>
        </w:trPr>
        <w:tc>
          <w:tcPr>
            <w:tcW w:w="8050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3 аналітичні звіти — по одному для кожної громади</w:t>
            </w:r>
          </w:p>
        </w:tc>
        <w:tc>
          <w:tcPr>
            <w:tcW w:w="2154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☐ Так  ☐ Ні</w:t>
            </w:r>
          </w:p>
        </w:tc>
      </w:tr>
      <w:tr w:rsidR="005A27ED">
        <w:trPr>
          <w:cantSplit/>
          <w:jc w:val="center"/>
        </w:trPr>
        <w:tc>
          <w:tcPr>
            <w:tcW w:w="805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Порівняльне резюме і презентація результатів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☐ Так  ☐ Ні</w:t>
            </w:r>
          </w:p>
        </w:tc>
      </w:tr>
    </w:tbl>
    <w:p w:rsidR="005A27ED" w:rsidRDefault="005A27ED" w:rsidP="0099124F">
      <w:pPr>
        <w:spacing w:after="0"/>
      </w:pPr>
    </w:p>
    <w:p w:rsidR="005A27ED" w:rsidRDefault="00000000" w:rsidP="0099124F">
      <w:pPr>
        <w:pStyle w:val="Heading1"/>
        <w:spacing w:after="0"/>
      </w:pPr>
      <w:r>
        <w:t>6 Цінова пропозиція</w:t>
      </w:r>
    </w:p>
    <w:p w:rsidR="005A27ED" w:rsidRDefault="00000000" w:rsidP="0099124F">
      <w:pPr>
        <w:spacing w:after="0"/>
      </w:pPr>
      <w:r>
        <w:t>Зазначте загальну вартість у гривнях. Ціна має включати всі витрати, податки, збори та інші обов’язкові платежі учасника.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6123"/>
      </w:tblGrid>
      <w:tr w:rsidR="005A27ED">
        <w:trPr>
          <w:cantSplit/>
          <w:tblHeader/>
          <w:jc w:val="center"/>
        </w:trPr>
        <w:tc>
          <w:tcPr>
            <w:tcW w:w="4082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Загальна вартість цифрами, грн</w:t>
            </w:r>
          </w:p>
        </w:tc>
        <w:tc>
          <w:tcPr>
            <w:tcW w:w="6123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Загальна вартість словами</w:t>
            </w:r>
          </w:p>
        </w:tc>
      </w:tr>
      <w:tr w:rsidR="005A27ED">
        <w:trPr>
          <w:cantSplit/>
          <w:jc w:val="center"/>
        </w:trPr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  <w:tc>
          <w:tcPr>
            <w:tcW w:w="612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</w:tbl>
    <w:p w:rsidR="005A27ED" w:rsidRDefault="005A27ED" w:rsidP="0099124F">
      <w:pPr>
        <w:spacing w:after="0"/>
      </w:pPr>
    </w:p>
    <w:p w:rsidR="005A27ED" w:rsidRDefault="00000000" w:rsidP="0099124F">
      <w:pPr>
        <w:spacing w:after="0"/>
      </w:pPr>
      <w:r>
        <w:t>Строк дії цінової пропозиції: _____ календарних днів із кінцевої дати подання пропозицій.</w:t>
      </w:r>
    </w:p>
    <w:p w:rsidR="005A27ED" w:rsidRDefault="00000000" w:rsidP="0099124F">
      <w:pPr>
        <w:pStyle w:val="Heading1"/>
        <w:spacing w:after="0"/>
      </w:pPr>
      <w:r>
        <w:t>7 Документи, що додаються</w:t>
      </w:r>
    </w:p>
    <w:p w:rsidR="005A27ED" w:rsidRDefault="00000000" w:rsidP="0099124F">
      <w:pPr>
        <w:spacing w:after="0"/>
      </w:pPr>
      <w:r>
        <w:t>☐ Методологія і календарний план    ☐ Підтвердження досвіду    ☐ Виписка або витяг з ЄДР    ☐ Документ про повноваження підписанта, за потреби</w:t>
      </w:r>
    </w:p>
    <w:p w:rsidR="005A27ED" w:rsidRDefault="00000000" w:rsidP="0099124F">
      <w:pPr>
        <w:pStyle w:val="Heading1"/>
        <w:spacing w:after="0"/>
      </w:pPr>
      <w:r>
        <w:t>8 Підтвердження учасника</w:t>
      </w:r>
    </w:p>
    <w:p w:rsidR="005A27ED" w:rsidRDefault="00000000" w:rsidP="0099124F">
      <w:pPr>
        <w:spacing w:after="0"/>
      </w:pPr>
      <w:r>
        <w:t>Підписуючи пропозицію, учасник підтверджує достовірність наданої інформації, ознайомлення з умовами конкурсу, наявність необхідного досвіду і ресурсів, відсутність неврегульованого конфлікту інтересів та готовність дотримуватися вимог конфіденційності, дослідницької етики і захисту персональних даних.</w:t>
      </w:r>
    </w:p>
    <w:p w:rsidR="005A27ED" w:rsidRDefault="00000000" w:rsidP="0099124F">
      <w:pPr>
        <w:spacing w:after="0"/>
      </w:pPr>
      <w:r>
        <w:t>Учасник погоджується, що подання пропозиції не зобов’язує Замовника укласти договір або компенсувати витрати на її підготовку.</w:t>
      </w:r>
    </w:p>
    <w:p w:rsidR="005A27ED" w:rsidRDefault="00000000" w:rsidP="0099124F">
      <w:pPr>
        <w:pStyle w:val="Heading1"/>
        <w:spacing w:after="0"/>
      </w:pPr>
      <w:r>
        <w:t>9 Підписання пропозиції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6123"/>
      </w:tblGrid>
      <w:tr w:rsidR="005A27ED">
        <w:trPr>
          <w:cantSplit/>
          <w:tblHeader/>
          <w:jc w:val="center"/>
        </w:trPr>
        <w:tc>
          <w:tcPr>
            <w:tcW w:w="4082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Реквізит</w:t>
            </w:r>
          </w:p>
        </w:tc>
        <w:tc>
          <w:tcPr>
            <w:tcW w:w="6123" w:type="dxa"/>
            <w:shd w:val="clear" w:color="auto" w:fill="D9D9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  <w:jc w:val="center"/>
            </w:pPr>
            <w:r>
              <w:rPr>
                <w:b/>
              </w:rPr>
              <w:t>Інформація</w:t>
            </w:r>
          </w:p>
        </w:tc>
      </w:tr>
      <w:tr w:rsidR="005A27ED">
        <w:trPr>
          <w:cantSplit/>
          <w:jc w:val="center"/>
        </w:trPr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Повне найменування учасника</w:t>
            </w:r>
          </w:p>
        </w:tc>
        <w:tc>
          <w:tcPr>
            <w:tcW w:w="612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082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ПІБ та посада уповноваженої особи</w:t>
            </w:r>
          </w:p>
        </w:tc>
        <w:tc>
          <w:tcPr>
            <w:tcW w:w="6123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  <w:tr w:rsidR="005A27ED">
        <w:trPr>
          <w:cantSplit/>
          <w:jc w:val="center"/>
        </w:trPr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Дата</w:t>
            </w:r>
          </w:p>
        </w:tc>
        <w:tc>
          <w:tcPr>
            <w:tcW w:w="612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«___» __________ 20__ року</w:t>
            </w:r>
          </w:p>
        </w:tc>
      </w:tr>
      <w:tr w:rsidR="005A27ED">
        <w:trPr>
          <w:cantSplit/>
          <w:jc w:val="center"/>
        </w:trPr>
        <w:tc>
          <w:tcPr>
            <w:tcW w:w="4082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000000" w:rsidP="0099124F">
            <w:pPr>
              <w:spacing w:after="0"/>
            </w:pPr>
            <w:r>
              <w:t>Підпис / М.П. за наявності</w:t>
            </w:r>
          </w:p>
        </w:tc>
        <w:tc>
          <w:tcPr>
            <w:tcW w:w="6123" w:type="dxa"/>
            <w:shd w:val="clear" w:color="auto" w:fill="F3F6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27ED" w:rsidRDefault="005A27ED" w:rsidP="0099124F">
            <w:pPr>
              <w:spacing w:after="0"/>
            </w:pPr>
          </w:p>
        </w:tc>
      </w:tr>
    </w:tbl>
    <w:p w:rsidR="005A27ED" w:rsidRDefault="005A27ED" w:rsidP="0099124F">
      <w:pPr>
        <w:spacing w:after="0"/>
      </w:pPr>
    </w:p>
    <w:sectPr w:rsidR="005A27ED" w:rsidSect="00034616">
      <w:headerReference w:type="default" r:id="rId8"/>
      <w:footerReference w:type="default" r:id="rId9"/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5DFC" w:rsidRDefault="00B55DFC">
      <w:pPr>
        <w:spacing w:after="0"/>
      </w:pPr>
      <w:r>
        <w:separator/>
      </w:r>
    </w:p>
  </w:endnote>
  <w:endnote w:type="continuationSeparator" w:id="0">
    <w:p w:rsidR="00B55DFC" w:rsidRDefault="00B55D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A27ED" w:rsidRDefault="00000000">
    <w:pPr>
      <w:pStyle w:val="Footer"/>
      <w:jc w:val="center"/>
    </w:pPr>
    <w:r>
      <w:t xml:space="preserve">Сторінка </w:t>
    </w:r>
    <w:r>
      <w:fldChar w:fldCharType="begin"/>
    </w:r>
    <w:r>
      <w:instrText>PAGE</w:instrText>
    </w:r>
    <w:r>
      <w:fldChar w:fldCharType="separate"/>
    </w:r>
    <w:r w:rsidR="00FD1E6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5DFC" w:rsidRDefault="00B55DFC">
      <w:pPr>
        <w:spacing w:after="0"/>
      </w:pPr>
      <w:r>
        <w:separator/>
      </w:r>
    </w:p>
  </w:footnote>
  <w:footnote w:type="continuationSeparator" w:id="0">
    <w:p w:rsidR="00B55DFC" w:rsidRDefault="00B55D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A27ED" w:rsidRDefault="0099124F">
    <w:pPr>
      <w:pStyle w:val="Header"/>
    </w:pPr>
    <w:r>
      <w:rPr>
        <w:noProof/>
      </w:rPr>
      <w:drawing>
        <wp:inline distT="0" distB="0" distL="0" distR="0">
          <wp:extent cx="6692900" cy="967740"/>
          <wp:effectExtent l="0" t="0" r="0" b="0"/>
          <wp:docPr id="9142346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234612" name="Picture 9142346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2900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161406">
    <w:abstractNumId w:val="8"/>
  </w:num>
  <w:num w:numId="2" w16cid:durableId="1483501164">
    <w:abstractNumId w:val="6"/>
  </w:num>
  <w:num w:numId="3" w16cid:durableId="233590115">
    <w:abstractNumId w:val="5"/>
  </w:num>
  <w:num w:numId="4" w16cid:durableId="1572733514">
    <w:abstractNumId w:val="4"/>
  </w:num>
  <w:num w:numId="5" w16cid:durableId="1637298349">
    <w:abstractNumId w:val="7"/>
  </w:num>
  <w:num w:numId="6" w16cid:durableId="1042822942">
    <w:abstractNumId w:val="3"/>
  </w:num>
  <w:num w:numId="7" w16cid:durableId="881136723">
    <w:abstractNumId w:val="2"/>
  </w:num>
  <w:num w:numId="8" w16cid:durableId="1420057013">
    <w:abstractNumId w:val="1"/>
  </w:num>
  <w:num w:numId="9" w16cid:durableId="1641305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27ED"/>
    <w:rsid w:val="0099124F"/>
    <w:rsid w:val="00AA1D8D"/>
    <w:rsid w:val="00B47730"/>
    <w:rsid w:val="00B55DFC"/>
    <w:rsid w:val="00CB0664"/>
    <w:rsid w:val="00FC693F"/>
    <w:rsid w:val="00FD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8682683"/>
  <w14:defaultImageDpi w14:val="300"/>
  <w15:docId w15:val="{B5FEAD04-C704-DF47-B7CF-95408A83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тендерної пропозиції на проведення комплексного дослідження</dc:title>
  <dc:subject/>
  <dc:creator/>
  <cp:keywords/>
  <dc:description>generated by python-docx</dc:description>
  <cp:lastModifiedBy>Tetiana Shkodivska</cp:lastModifiedBy>
  <cp:revision>3</cp:revision>
  <dcterms:created xsi:type="dcterms:W3CDTF">2013-12-23T23:15:00Z</dcterms:created>
  <dcterms:modified xsi:type="dcterms:W3CDTF">2026-09-10T09:09:00Z</dcterms:modified>
  <cp:category/>
</cp:coreProperties>
</file>